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1A509" w14:textId="77777777" w:rsidR="00726146" w:rsidRDefault="0072741A" w:rsidP="00726146">
      <w:pPr>
        <w:spacing w:after="0"/>
        <w:jc w:val="center"/>
        <w:rPr>
          <w:rFonts w:cs="Times New Roman"/>
          <w:b/>
          <w:sz w:val="20"/>
          <w:szCs w:val="20"/>
        </w:rPr>
      </w:pPr>
      <w:r w:rsidRPr="004B19AD">
        <w:rPr>
          <w:rFonts w:cs="Times New Roman"/>
          <w:b/>
          <w:sz w:val="20"/>
          <w:szCs w:val="20"/>
        </w:rPr>
        <w:t>İLGİLİ MAKAMA</w:t>
      </w:r>
    </w:p>
    <w:p w14:paraId="20150670" w14:textId="77777777" w:rsidR="00726146" w:rsidRPr="004B19AD" w:rsidRDefault="00726146">
      <w:pPr>
        <w:spacing w:after="0"/>
        <w:jc w:val="center"/>
        <w:rPr>
          <w:rFonts w:cs="Times New Roman"/>
          <w:sz w:val="20"/>
          <w:szCs w:val="20"/>
        </w:rPr>
      </w:pPr>
    </w:p>
    <w:p w14:paraId="61A4CB0E" w14:textId="77777777" w:rsidR="00726146" w:rsidRDefault="004B19AD">
      <w:pPr>
        <w:spacing w:after="40" w:line="216" w:lineRule="auto"/>
        <w:rPr>
          <w:rFonts w:cs="Times New Roman"/>
          <w:sz w:val="20"/>
          <w:szCs w:val="20"/>
        </w:rPr>
      </w:pPr>
      <w:r w:rsidRPr="004B19AD">
        <w:rPr>
          <w:rFonts w:cs="Times New Roman"/>
          <w:sz w:val="20"/>
          <w:szCs w:val="20"/>
        </w:rPr>
        <w:t>Ü</w:t>
      </w:r>
      <w:r w:rsidR="0072741A" w:rsidRPr="004B19AD">
        <w:rPr>
          <w:rFonts w:cs="Times New Roman"/>
          <w:sz w:val="20"/>
          <w:szCs w:val="20"/>
        </w:rPr>
        <w:t xml:space="preserve">niversitemiz Sağlık Hizmetleri Meslek Yüksekokulu ................................................................. Bölümü öğrencisinin ..20.. gün süre ile kurumunuzda /işyerinizde yaz süresi içerisinde Cumhurbaşkanlığı staj seferberliği kapsamında, Öğrencilerimizin 5510 sayılı Sosyal Sigortalar Kanunu kapsamında, İş Kazası ve Meslek Hastalığı Sigortası primi </w:t>
      </w:r>
      <w:r w:rsidRPr="004B19AD">
        <w:rPr>
          <w:rFonts w:cs="Times New Roman"/>
          <w:sz w:val="20"/>
          <w:szCs w:val="20"/>
        </w:rPr>
        <w:t xml:space="preserve">Yüksekokulumuz </w:t>
      </w:r>
      <w:r w:rsidR="0072741A" w:rsidRPr="004B19AD">
        <w:rPr>
          <w:rFonts w:cs="Times New Roman"/>
          <w:sz w:val="20"/>
          <w:szCs w:val="20"/>
        </w:rPr>
        <w:t xml:space="preserve">tarafından karşılanacaktır. </w:t>
      </w:r>
    </w:p>
    <w:p w14:paraId="0A0EC629" w14:textId="77777777" w:rsidR="00DF65B3" w:rsidRPr="004B19AD" w:rsidRDefault="0072741A">
      <w:pPr>
        <w:spacing w:after="40" w:line="216" w:lineRule="auto"/>
        <w:rPr>
          <w:rFonts w:cs="Times New Roman"/>
          <w:sz w:val="20"/>
          <w:szCs w:val="20"/>
        </w:rPr>
      </w:pPr>
      <w:r w:rsidRPr="004B19AD">
        <w:rPr>
          <w:rFonts w:cs="Times New Roman"/>
          <w:sz w:val="20"/>
          <w:szCs w:val="20"/>
        </w:rPr>
        <w:t>Aşağıda kimlik bilgileri belirtilen öğrencimizin stajını kuruluşunuzda/işyerinizde yapmasında göstereceğiniz ilgiye teşekkür eder, saygılar sunarız.</w:t>
      </w:r>
    </w:p>
    <w:p w14:paraId="73D4BFD9" w14:textId="77777777" w:rsidR="00DF65B3" w:rsidRPr="004B19AD" w:rsidRDefault="0072741A">
      <w:pPr>
        <w:spacing w:before="20" w:after="0"/>
        <w:rPr>
          <w:rFonts w:cs="Times New Roman"/>
          <w:sz w:val="20"/>
          <w:szCs w:val="20"/>
        </w:rPr>
      </w:pPr>
      <w:r w:rsidRPr="004B19AD">
        <w:rPr>
          <w:rFonts w:cs="Times New Roman"/>
          <w:sz w:val="20"/>
          <w:szCs w:val="20"/>
        </w:rPr>
        <w:t>Öğrencinin Bilgileri</w:t>
      </w:r>
      <w:r w:rsidR="004B19AD" w:rsidRPr="004B19AD">
        <w:rPr>
          <w:rFonts w:cs="Times New Roman"/>
          <w:sz w:val="20"/>
          <w:szCs w:val="20"/>
        </w:rPr>
        <w:t xml:space="preserve">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547"/>
        <w:gridCol w:w="26"/>
        <w:gridCol w:w="2521"/>
        <w:gridCol w:w="1698"/>
        <w:gridCol w:w="850"/>
        <w:gridCol w:w="2548"/>
      </w:tblGrid>
      <w:tr w:rsidR="00DF65B3" w:rsidRPr="004B19AD" w14:paraId="29AFF1B0" w14:textId="77777777" w:rsidTr="004B19AD">
        <w:trPr>
          <w:trHeight w:val="527"/>
        </w:trPr>
        <w:tc>
          <w:tcPr>
            <w:tcW w:w="1250" w:type="pct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3D0E76F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Adı Soyadı</w:t>
            </w:r>
          </w:p>
        </w:tc>
        <w:tc>
          <w:tcPr>
            <w:tcW w:w="3750" w:type="pct"/>
            <w:gridSpan w:val="5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04B740D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79C555E9" w14:textId="77777777" w:rsidTr="004B19AD">
        <w:trPr>
          <w:trHeight w:val="223"/>
        </w:trPr>
        <w:tc>
          <w:tcPr>
            <w:tcW w:w="1250" w:type="pct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DD7B40B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Öğrenci No</w:t>
            </w:r>
          </w:p>
        </w:tc>
        <w:tc>
          <w:tcPr>
            <w:tcW w:w="1250" w:type="pct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722F24C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0" w:type="pct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2B62174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Bölüm/Sınıf</w:t>
            </w:r>
          </w:p>
        </w:tc>
        <w:tc>
          <w:tcPr>
            <w:tcW w:w="1250" w:type="pct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02E42CC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4B19AD" w:rsidRPr="004B19AD" w14:paraId="08A7DCFF" w14:textId="77777777" w:rsidTr="004B19AD">
        <w:trPr>
          <w:trHeight w:val="223"/>
        </w:trPr>
        <w:tc>
          <w:tcPr>
            <w:tcW w:w="1263" w:type="pct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27DC8A1" w14:textId="77777777" w:rsidR="004B19AD" w:rsidRPr="004B19AD" w:rsidRDefault="004B19AD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E-Posta</w:t>
            </w:r>
          </w:p>
          <w:p w14:paraId="4E867B10" w14:textId="77777777" w:rsidR="004B19AD" w:rsidRPr="004B19AD" w:rsidRDefault="004B19AD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070" w:type="pct"/>
            <w:gridSpan w:val="2"/>
            <w:vAlign w:val="center"/>
          </w:tcPr>
          <w:p w14:paraId="182C05F5" w14:textId="77777777" w:rsidR="004B19AD" w:rsidRPr="004B19AD" w:rsidRDefault="004B19AD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667" w:type="pct"/>
            <w:gridSpan w:val="2"/>
            <w:vAlign w:val="center"/>
          </w:tcPr>
          <w:p w14:paraId="6BED461E" w14:textId="77777777" w:rsidR="004B19AD" w:rsidRPr="004B19AD" w:rsidRDefault="004B19AD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Telefon No</w:t>
            </w:r>
          </w:p>
        </w:tc>
      </w:tr>
      <w:tr w:rsidR="00DF65B3" w:rsidRPr="004B19AD" w14:paraId="50FD7697" w14:textId="77777777" w:rsidTr="004B19AD">
        <w:trPr>
          <w:trHeight w:val="223"/>
        </w:trPr>
        <w:tc>
          <w:tcPr>
            <w:tcW w:w="1250" w:type="pct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AD5CBED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TC Kimlik No</w:t>
            </w:r>
          </w:p>
        </w:tc>
        <w:tc>
          <w:tcPr>
            <w:tcW w:w="3750" w:type="pct"/>
            <w:gridSpan w:val="5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6FCF9CB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1207D184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4CECB007" w14:textId="77777777" w:rsidTr="004B19AD">
        <w:trPr>
          <w:trHeight w:val="223"/>
        </w:trPr>
        <w:tc>
          <w:tcPr>
            <w:tcW w:w="1250" w:type="pct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6BB5D31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İkametgah Adresi</w:t>
            </w:r>
          </w:p>
        </w:tc>
        <w:tc>
          <w:tcPr>
            <w:tcW w:w="3750" w:type="pct"/>
            <w:gridSpan w:val="5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CF2EE93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0EB76C13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2DB9D352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2E03E024" w14:textId="77777777" w:rsidTr="004B19AD">
        <w:trPr>
          <w:trHeight w:val="223"/>
        </w:trPr>
        <w:tc>
          <w:tcPr>
            <w:tcW w:w="1250" w:type="pct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F29E212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Ailesine Bağlı genel Sağlık</w:t>
            </w:r>
            <w:r w:rsidRPr="004B19AD">
              <w:rPr>
                <w:rFonts w:cs="Times New Roman"/>
                <w:sz w:val="16"/>
                <w:szCs w:val="16"/>
              </w:rPr>
              <w:br/>
              <w:t>Sigortasına dahil mi?</w:t>
            </w:r>
          </w:p>
        </w:tc>
        <w:tc>
          <w:tcPr>
            <w:tcW w:w="1250" w:type="pct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4D2AB18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50" w:type="pct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0FAC0C3" w14:textId="77777777" w:rsidR="00DF65B3" w:rsidRPr="004B19AD" w:rsidRDefault="004B19AD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 xml:space="preserve"> Ö</w:t>
            </w:r>
            <w:r w:rsidR="0072741A" w:rsidRPr="004B19AD">
              <w:rPr>
                <w:rFonts w:cs="Times New Roman"/>
                <w:sz w:val="16"/>
                <w:szCs w:val="16"/>
              </w:rPr>
              <w:t>ğrenci SGK Numarası</w:t>
            </w:r>
          </w:p>
        </w:tc>
        <w:tc>
          <w:tcPr>
            <w:tcW w:w="1250" w:type="pct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EC1DB39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TC Vatandaşı Değilse Uyruğu</w:t>
            </w:r>
          </w:p>
        </w:tc>
      </w:tr>
    </w:tbl>
    <w:p w14:paraId="65BA9506" w14:textId="77777777" w:rsidR="00DF65B3" w:rsidRPr="004B19AD" w:rsidRDefault="0072741A">
      <w:pPr>
        <w:spacing w:before="20" w:after="0"/>
        <w:rPr>
          <w:rFonts w:cs="Times New Roman"/>
          <w:sz w:val="16"/>
          <w:szCs w:val="16"/>
        </w:rPr>
      </w:pPr>
      <w:r w:rsidRPr="004B19AD">
        <w:rPr>
          <w:rFonts w:cs="Times New Roman"/>
          <w:sz w:val="16"/>
          <w:szCs w:val="16"/>
        </w:rPr>
        <w:t>Staj Yapılacak Yerin Bilgileri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549"/>
        <w:gridCol w:w="2547"/>
        <w:gridCol w:w="2547"/>
        <w:gridCol w:w="2547"/>
      </w:tblGrid>
      <w:tr w:rsidR="00DF65B3" w:rsidRPr="004B19AD" w14:paraId="33918CD9" w14:textId="77777777" w:rsidTr="004B19AD">
        <w:trPr>
          <w:trHeight w:val="630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1F4001D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Kurumun/Kuruluşun Adı</w:t>
            </w:r>
          </w:p>
        </w:tc>
        <w:tc>
          <w:tcPr>
            <w:tcW w:w="7653" w:type="dxa"/>
            <w:gridSpan w:val="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8B538D1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6B51936C" w14:textId="77777777" w:rsidR="00DF65B3" w:rsidRPr="004B19AD" w:rsidRDefault="00DF65B3" w:rsidP="004B19AD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65CAB1D1" w14:textId="77777777" w:rsidTr="004B19AD">
        <w:trPr>
          <w:trHeight w:val="498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1D528FC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Adresi</w:t>
            </w:r>
          </w:p>
        </w:tc>
        <w:tc>
          <w:tcPr>
            <w:tcW w:w="7653" w:type="dxa"/>
            <w:gridSpan w:val="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99248AE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1BFAFBE0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069D90DA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3DE22D7A" w14:textId="77777777">
        <w:trPr>
          <w:trHeight w:val="195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C1488BA" w14:textId="77777777" w:rsidR="00DF65B3" w:rsidRPr="004B19AD" w:rsidRDefault="004B19AD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Üretim/Hizmet Alanı</w:t>
            </w:r>
          </w:p>
        </w:tc>
        <w:tc>
          <w:tcPr>
            <w:tcW w:w="7653" w:type="dxa"/>
            <w:gridSpan w:val="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ACE0D55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02ED721C" w14:textId="77777777">
        <w:trPr>
          <w:trHeight w:val="195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8F7729F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Staj yapılacak yerin personel</w:t>
            </w:r>
            <w:r w:rsidRPr="004B19AD">
              <w:rPr>
                <w:rFonts w:cs="Times New Roman"/>
                <w:sz w:val="16"/>
                <w:szCs w:val="16"/>
              </w:rPr>
              <w:br/>
              <w:t>sayısı</w:t>
            </w:r>
          </w:p>
        </w:tc>
        <w:tc>
          <w:tcPr>
            <w:tcW w:w="7653" w:type="dxa"/>
            <w:gridSpan w:val="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7F4F44F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4B4D5D87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  <w:p w14:paraId="7209F448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37C9954D" w14:textId="77777777">
        <w:trPr>
          <w:trHeight w:val="195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A3F4AB3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Telefon No</w:t>
            </w: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921AD84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C0A6E6E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Faks No</w:t>
            </w: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73B44C1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0A1670C0" w14:textId="77777777">
        <w:trPr>
          <w:trHeight w:val="195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B71881C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e-posta</w:t>
            </w: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D7F6B8B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C4D975F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Web Adresi</w:t>
            </w: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7B51C96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361ED328" w14:textId="77777777">
        <w:trPr>
          <w:trHeight w:val="195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9F02974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Staj Başlama</w:t>
            </w:r>
            <w:r w:rsidRPr="004B19AD">
              <w:rPr>
                <w:rFonts w:cs="Times New Roman"/>
                <w:sz w:val="16"/>
                <w:szCs w:val="16"/>
              </w:rPr>
              <w:br/>
              <w:t>Tarihi</w:t>
            </w: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D73075B" w14:textId="77777777" w:rsidR="00DF65B3" w:rsidRPr="004B19AD" w:rsidRDefault="004B19AD" w:rsidP="004B19AD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01/08/…</w:t>
            </w: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0EDFB16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Bitiş Tarihi</w:t>
            </w:r>
            <w:r w:rsidR="004B19AD" w:rsidRPr="004B19AD">
              <w:rPr>
                <w:rFonts w:cs="Times New Roman"/>
                <w:sz w:val="16"/>
                <w:szCs w:val="16"/>
              </w:rPr>
              <w:t xml:space="preserve"> 01/08/…..</w:t>
            </w: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4C64A58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776E4B6B" w14:textId="77777777">
        <w:trPr>
          <w:trHeight w:val="195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797806B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A266F5F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F8B7BEE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51E534C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Süresi : 20</w:t>
            </w:r>
            <w:r w:rsidRPr="004B19AD">
              <w:rPr>
                <w:rFonts w:cs="Times New Roman"/>
                <w:sz w:val="16"/>
                <w:szCs w:val="16"/>
              </w:rPr>
              <w:br/>
              <w:t>(Yirmi işgünü)</w:t>
            </w:r>
          </w:p>
        </w:tc>
      </w:tr>
    </w:tbl>
    <w:p w14:paraId="5D504CA4" w14:textId="77777777" w:rsidR="00DF65B3" w:rsidRPr="004B19AD" w:rsidRDefault="0072741A">
      <w:pPr>
        <w:spacing w:before="20" w:after="0"/>
        <w:rPr>
          <w:rFonts w:cs="Times New Roman"/>
          <w:sz w:val="16"/>
          <w:szCs w:val="16"/>
        </w:rPr>
      </w:pPr>
      <w:r w:rsidRPr="004B19AD">
        <w:rPr>
          <w:rFonts w:cs="Times New Roman"/>
          <w:sz w:val="16"/>
          <w:szCs w:val="16"/>
        </w:rPr>
        <w:t>Staj Yapılacak Yerin Yetkili Bilgileri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548"/>
        <w:gridCol w:w="850"/>
        <w:gridCol w:w="1697"/>
        <w:gridCol w:w="1698"/>
        <w:gridCol w:w="848"/>
        <w:gridCol w:w="2549"/>
      </w:tblGrid>
      <w:tr w:rsidR="00DF65B3" w:rsidRPr="004B19AD" w14:paraId="0417DC77" w14:textId="77777777">
        <w:trPr>
          <w:trHeight w:val="183"/>
        </w:trPr>
        <w:tc>
          <w:tcPr>
            <w:tcW w:w="3402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C992AAF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Adı Soyadı</w:t>
            </w:r>
          </w:p>
        </w:tc>
        <w:tc>
          <w:tcPr>
            <w:tcW w:w="3402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B07661F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 w:val="restart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5E5987D" w14:textId="77777777" w:rsidR="00DF65B3" w:rsidRPr="004B19AD" w:rsidRDefault="0072741A">
            <w:pPr>
              <w:spacing w:after="0"/>
              <w:jc w:val="center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(Kaşe/İmza/Tarih)</w:t>
            </w:r>
          </w:p>
        </w:tc>
      </w:tr>
      <w:tr w:rsidR="00DF65B3" w:rsidRPr="004B19AD" w14:paraId="1B7B0856" w14:textId="77777777">
        <w:trPr>
          <w:trHeight w:val="183"/>
        </w:trPr>
        <w:tc>
          <w:tcPr>
            <w:tcW w:w="3402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27167D2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Görev ve Ünvanı</w:t>
            </w:r>
          </w:p>
        </w:tc>
        <w:tc>
          <w:tcPr>
            <w:tcW w:w="3402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3A8ABAB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/>
          </w:tcPr>
          <w:p w14:paraId="28CEAACB" w14:textId="77777777" w:rsidR="00DF65B3" w:rsidRPr="004B19AD" w:rsidRDefault="00DF65B3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1FDB43DA" w14:textId="77777777">
        <w:trPr>
          <w:trHeight w:val="183"/>
        </w:trPr>
        <w:tc>
          <w:tcPr>
            <w:tcW w:w="3402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9FB95DF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e-posta</w:t>
            </w:r>
          </w:p>
        </w:tc>
        <w:tc>
          <w:tcPr>
            <w:tcW w:w="3402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3B1628E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/>
          </w:tcPr>
          <w:p w14:paraId="671EB38E" w14:textId="77777777" w:rsidR="00DF65B3" w:rsidRPr="004B19AD" w:rsidRDefault="00DF65B3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459813BD" w14:textId="77777777">
        <w:trPr>
          <w:trHeight w:val="183"/>
        </w:trPr>
        <w:tc>
          <w:tcPr>
            <w:tcW w:w="3402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9C6BFF0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Tarih</w:t>
            </w:r>
          </w:p>
        </w:tc>
        <w:tc>
          <w:tcPr>
            <w:tcW w:w="3402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8BE2771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vMerge/>
          </w:tcPr>
          <w:p w14:paraId="51FBD7F1" w14:textId="77777777" w:rsidR="00DF65B3" w:rsidRPr="004B19AD" w:rsidRDefault="00DF65B3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6F53E711" w14:textId="77777777">
        <w:trPr>
          <w:trHeight w:val="180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63A15AB" w14:textId="77777777" w:rsidR="004B19AD" w:rsidRPr="004B19AD" w:rsidRDefault="004B19AD" w:rsidP="004B19AD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Önceki Staj Bilgileri</w:t>
            </w:r>
          </w:p>
          <w:p w14:paraId="2D5E436C" w14:textId="77777777" w:rsidR="00DF65B3" w:rsidRPr="004B19AD" w:rsidRDefault="004B19AD" w:rsidP="004B19AD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(varsa)</w:t>
            </w: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44D5B48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Tarihi</w:t>
            </w: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6B392D9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Gün sayısı</w:t>
            </w: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21589CA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Staj yeri</w:t>
            </w:r>
          </w:p>
        </w:tc>
      </w:tr>
      <w:tr w:rsidR="00DF65B3" w:rsidRPr="004B19AD" w14:paraId="6246B44D" w14:textId="77777777">
        <w:trPr>
          <w:trHeight w:val="180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0D46B78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1-</w:t>
            </w: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02B8A78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16C206B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C2493CB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44A0CF3C" w14:textId="77777777">
        <w:trPr>
          <w:trHeight w:val="180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D7FDAD8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2-</w:t>
            </w: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CFB6763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3BA0F6B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3EE362A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3A2B45FE" w14:textId="77777777">
        <w:trPr>
          <w:trHeight w:val="180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83B12CD" w14:textId="77777777" w:rsidR="00DF65B3" w:rsidRPr="004B19AD" w:rsidRDefault="0072741A">
            <w:pPr>
              <w:spacing w:after="0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3-</w:t>
            </w: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D4D32CA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5A253F0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F7AEEE2" w14:textId="77777777" w:rsidR="00DF65B3" w:rsidRPr="004B19AD" w:rsidRDefault="00DF65B3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</w:tr>
      <w:tr w:rsidR="00DF65B3" w:rsidRPr="004B19AD" w14:paraId="794129A0" w14:textId="77777777">
        <w:trPr>
          <w:cantSplit/>
          <w:trHeight w:val="708"/>
        </w:trPr>
        <w:tc>
          <w:tcPr>
            <w:tcW w:w="2551" w:type="dxa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928FEB6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lastRenderedPageBreak/>
              <w:t>Bu belge üzerindeki bilgilerin doğru</w:t>
            </w:r>
          </w:p>
          <w:p w14:paraId="24C05300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olduğunu bildirir staj yapacağımı</w:t>
            </w:r>
          </w:p>
          <w:p w14:paraId="013CFA66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taahhüt ettiğim adı geçen kurum ile</w:t>
            </w:r>
          </w:p>
          <w:p w14:paraId="1B5ED4E7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ilgili staj evraklarının hazırlanmasını</w:t>
            </w:r>
          </w:p>
          <w:p w14:paraId="201A5E17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saygılarımla arz ederim.</w:t>
            </w:r>
          </w:p>
          <w:p w14:paraId="2E9851DD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</w:p>
          <w:p w14:paraId="248961A4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ÖĞRENCİNİN</w:t>
            </w:r>
          </w:p>
          <w:p w14:paraId="4573A44F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ADI-SOYADI</w:t>
            </w:r>
          </w:p>
          <w:p w14:paraId="00735716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İMZASI</w:t>
            </w:r>
          </w:p>
          <w:p w14:paraId="63E0A3D5" w14:textId="77777777" w:rsidR="00DF65B3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TARİH</w:t>
            </w:r>
          </w:p>
        </w:tc>
        <w:tc>
          <w:tcPr>
            <w:tcW w:w="2551" w:type="dxa"/>
            <w:gridSpan w:val="2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BFA0F1A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BÖLÜM BAŞKANI</w:t>
            </w:r>
          </w:p>
          <w:p w14:paraId="03222CE5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</w:p>
          <w:p w14:paraId="5120F581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</w:p>
          <w:p w14:paraId="78772510" w14:textId="77777777" w:rsidR="004B19AD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Kaşe/İmza</w:t>
            </w:r>
          </w:p>
          <w:p w14:paraId="0DD5C76F" w14:textId="77777777" w:rsidR="00DF65B3" w:rsidRPr="004B19AD" w:rsidRDefault="004B19AD" w:rsidP="004B19AD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Tarih</w:t>
            </w:r>
          </w:p>
        </w:tc>
        <w:tc>
          <w:tcPr>
            <w:tcW w:w="5102" w:type="dxa"/>
            <w:gridSpan w:val="3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D50A119" w14:textId="77777777" w:rsidR="00DF65B3" w:rsidRPr="004B19AD" w:rsidRDefault="0072741A">
            <w:pPr>
              <w:spacing w:after="0" w:line="192" w:lineRule="auto"/>
              <w:rPr>
                <w:rFonts w:cs="Times New Roman"/>
                <w:sz w:val="16"/>
                <w:szCs w:val="16"/>
              </w:rPr>
            </w:pPr>
            <w:r w:rsidRPr="004B19AD">
              <w:rPr>
                <w:rFonts w:cs="Times New Roman"/>
                <w:sz w:val="16"/>
                <w:szCs w:val="16"/>
              </w:rPr>
              <w:t>SGK İŞE GİRİŞ ONAYI</w:t>
            </w:r>
          </w:p>
        </w:tc>
      </w:tr>
    </w:tbl>
    <w:p w14:paraId="53E6CE65" w14:textId="77777777" w:rsidR="0072741A" w:rsidRPr="004B19AD" w:rsidRDefault="0072741A">
      <w:pPr>
        <w:rPr>
          <w:rFonts w:cs="Times New Roman"/>
          <w:sz w:val="16"/>
          <w:szCs w:val="16"/>
        </w:rPr>
      </w:pPr>
    </w:p>
    <w:sectPr w:rsidR="0072741A" w:rsidRPr="004B19AD" w:rsidSect="00034616">
      <w:headerReference w:type="default" r:id="rId8"/>
      <w:pgSz w:w="11906" w:h="16838"/>
      <w:pgMar w:top="765" w:right="850" w:bottom="765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24F1A" w14:textId="77777777" w:rsidR="00D14062" w:rsidRDefault="00D14062" w:rsidP="004B19AD">
      <w:pPr>
        <w:spacing w:after="0" w:line="240" w:lineRule="auto"/>
      </w:pPr>
      <w:r>
        <w:separator/>
      </w:r>
    </w:p>
  </w:endnote>
  <w:endnote w:type="continuationSeparator" w:id="0">
    <w:p w14:paraId="39EDF004" w14:textId="77777777" w:rsidR="00D14062" w:rsidRDefault="00D14062" w:rsidP="004B1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FD651" w14:textId="77777777" w:rsidR="00D14062" w:rsidRDefault="00D14062" w:rsidP="004B19AD">
      <w:pPr>
        <w:spacing w:after="0" w:line="240" w:lineRule="auto"/>
      </w:pPr>
      <w:r>
        <w:separator/>
      </w:r>
    </w:p>
  </w:footnote>
  <w:footnote w:type="continuationSeparator" w:id="0">
    <w:p w14:paraId="7756EA21" w14:textId="77777777" w:rsidR="00D14062" w:rsidRDefault="00D14062" w:rsidP="004B1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2347"/>
      <w:gridCol w:w="2875"/>
      <w:gridCol w:w="2945"/>
      <w:gridCol w:w="2029"/>
    </w:tblGrid>
    <w:tr w:rsidR="00726146" w:rsidRPr="00726146" w14:paraId="08158285" w14:textId="77777777" w:rsidTr="001562B8">
      <w:trPr>
        <w:trHeight w:val="1336"/>
      </w:trPr>
      <w:tc>
        <w:tcPr>
          <w:tcW w:w="1151" w:type="pct"/>
        </w:tcPr>
        <w:p w14:paraId="1AB8D961" w14:textId="77777777" w:rsidR="00726146" w:rsidRPr="00726146" w:rsidRDefault="00726146" w:rsidP="00726146">
          <w:pPr>
            <w:pStyle w:val="TableParagraph"/>
            <w:spacing w:before="6"/>
            <w:rPr>
              <w:rFonts w:ascii="Times New Roman" w:hAnsi="Times New Roman" w:cs="Times New Roman"/>
              <w:sz w:val="8"/>
            </w:rPr>
          </w:pPr>
        </w:p>
        <w:p w14:paraId="407825CC" w14:textId="77777777" w:rsidR="00726146" w:rsidRPr="00726146" w:rsidRDefault="00726146" w:rsidP="00726146">
          <w:pPr>
            <w:pStyle w:val="TableParagraph"/>
            <w:ind w:left="108"/>
            <w:rPr>
              <w:rFonts w:ascii="Times New Roman" w:hAnsi="Times New Roman" w:cs="Times New Roman"/>
              <w:sz w:val="20"/>
            </w:rPr>
          </w:pPr>
          <w:r w:rsidRPr="00726146">
            <w:rPr>
              <w:rFonts w:ascii="Times New Roman" w:hAnsi="Times New Roman" w:cs="Times New Roman"/>
              <w:noProof/>
              <w:sz w:val="20"/>
              <w:lang w:eastAsia="tr-TR"/>
            </w:rPr>
            <w:t xml:space="preserve">          </w:t>
          </w:r>
          <w:r w:rsidRPr="00726146">
            <w:rPr>
              <w:rFonts w:ascii="Times New Roman" w:hAnsi="Times New Roman" w:cs="Times New Roman"/>
              <w:noProof/>
              <w:sz w:val="20"/>
              <w:lang w:eastAsia="tr-TR"/>
            </w:rPr>
            <w:drawing>
              <wp:inline distT="0" distB="0" distL="0" distR="0" wp14:anchorId="3171F410" wp14:editId="7BACCDC5">
                <wp:extent cx="720852" cy="720851"/>
                <wp:effectExtent l="0" t="0" r="0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852" cy="7208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9" w:type="pct"/>
          <w:gridSpan w:val="3"/>
        </w:tcPr>
        <w:p w14:paraId="5C4EC87E" w14:textId="77777777" w:rsidR="00726146" w:rsidRPr="00726146" w:rsidRDefault="00726146" w:rsidP="00726146">
          <w:pPr>
            <w:pStyle w:val="TableParagraph"/>
            <w:spacing w:before="45"/>
            <w:ind w:left="718" w:right="709"/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726146">
            <w:rPr>
              <w:rFonts w:ascii="Times New Roman" w:hAnsi="Times New Roman" w:cs="Times New Roman"/>
              <w:b/>
              <w:sz w:val="28"/>
            </w:rPr>
            <w:t>GAZİANTEP</w:t>
          </w:r>
          <w:r w:rsidRPr="00726146">
            <w:rPr>
              <w:rFonts w:ascii="Times New Roman" w:hAnsi="Times New Roman" w:cs="Times New Roman"/>
              <w:b/>
              <w:spacing w:val="-7"/>
              <w:sz w:val="28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pacing w:val="-2"/>
              <w:sz w:val="28"/>
            </w:rPr>
            <w:t>ÜNİVERSİTESİ</w:t>
          </w:r>
        </w:p>
        <w:p w14:paraId="556E6B41" w14:textId="77777777" w:rsidR="00726146" w:rsidRPr="00726146" w:rsidRDefault="00726146" w:rsidP="00726146">
          <w:pPr>
            <w:pStyle w:val="TableParagraph"/>
            <w:spacing w:before="1"/>
            <w:ind w:left="718" w:right="702"/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726146">
            <w:rPr>
              <w:rFonts w:ascii="Times New Roman" w:hAnsi="Times New Roman" w:cs="Times New Roman"/>
              <w:b/>
              <w:sz w:val="28"/>
            </w:rPr>
            <w:t>SAĞLIK</w:t>
          </w:r>
          <w:r w:rsidRPr="00726146">
            <w:rPr>
              <w:rFonts w:ascii="Times New Roman" w:hAnsi="Times New Roman" w:cs="Times New Roman"/>
              <w:b/>
              <w:spacing w:val="-11"/>
              <w:sz w:val="28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z w:val="28"/>
            </w:rPr>
            <w:t>HİZMETLERİ</w:t>
          </w:r>
          <w:r w:rsidRPr="00726146">
            <w:rPr>
              <w:rFonts w:ascii="Times New Roman" w:hAnsi="Times New Roman" w:cs="Times New Roman"/>
              <w:b/>
              <w:spacing w:val="-12"/>
              <w:sz w:val="28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z w:val="28"/>
            </w:rPr>
            <w:t>MESLEK</w:t>
          </w:r>
          <w:r w:rsidRPr="00726146">
            <w:rPr>
              <w:rFonts w:ascii="Times New Roman" w:hAnsi="Times New Roman" w:cs="Times New Roman"/>
              <w:b/>
              <w:spacing w:val="-13"/>
              <w:sz w:val="28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z w:val="28"/>
            </w:rPr>
            <w:t>YÜKSEKOKULU STAJ BAŞVURU FORMU</w:t>
          </w:r>
        </w:p>
      </w:tc>
    </w:tr>
    <w:tr w:rsidR="00726146" w:rsidRPr="00726146" w14:paraId="1B5FE256" w14:textId="77777777" w:rsidTr="001562B8">
      <w:trPr>
        <w:trHeight w:val="285"/>
      </w:trPr>
      <w:tc>
        <w:tcPr>
          <w:tcW w:w="1151" w:type="pct"/>
        </w:tcPr>
        <w:p w14:paraId="3C3CDCFE" w14:textId="77777777" w:rsidR="00726146" w:rsidRPr="00726146" w:rsidRDefault="00726146" w:rsidP="00726146">
          <w:pPr>
            <w:pStyle w:val="TableParagraph"/>
            <w:spacing w:before="58"/>
            <w:ind w:left="107"/>
            <w:rPr>
              <w:rFonts w:ascii="Times New Roman" w:hAnsi="Times New Roman" w:cs="Times New Roman"/>
              <w:sz w:val="14"/>
            </w:rPr>
          </w:pPr>
          <w:r w:rsidRPr="00726146">
            <w:rPr>
              <w:rFonts w:ascii="Times New Roman" w:hAnsi="Times New Roman" w:cs="Times New Roman"/>
              <w:b/>
              <w:spacing w:val="-2"/>
              <w:sz w:val="14"/>
            </w:rPr>
            <w:t>Doküman</w:t>
          </w:r>
          <w:r w:rsidRPr="00726146">
            <w:rPr>
              <w:rFonts w:ascii="Times New Roman" w:hAnsi="Times New Roman" w:cs="Times New Roman"/>
              <w:b/>
              <w:spacing w:val="11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pacing w:val="-2"/>
              <w:sz w:val="14"/>
            </w:rPr>
            <w:t>Kodu:</w:t>
          </w:r>
          <w:r w:rsidRPr="00726146">
            <w:rPr>
              <w:rFonts w:ascii="Times New Roman" w:hAnsi="Times New Roman" w:cs="Times New Roman"/>
              <w:b/>
              <w:spacing w:val="13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spacing w:val="-2"/>
              <w:sz w:val="14"/>
            </w:rPr>
            <w:t>SHMY-FRM-</w:t>
          </w:r>
          <w:r w:rsidRPr="00726146">
            <w:rPr>
              <w:rFonts w:ascii="Times New Roman" w:hAnsi="Times New Roman" w:cs="Times New Roman"/>
              <w:spacing w:val="-5"/>
              <w:sz w:val="14"/>
            </w:rPr>
            <w:t>15</w:t>
          </w:r>
        </w:p>
      </w:tc>
      <w:tc>
        <w:tcPr>
          <w:tcW w:w="1410" w:type="pct"/>
        </w:tcPr>
        <w:p w14:paraId="05F6CA5A" w14:textId="77777777" w:rsidR="00726146" w:rsidRPr="00726146" w:rsidRDefault="00726146" w:rsidP="00726146">
          <w:pPr>
            <w:pStyle w:val="TableParagraph"/>
            <w:spacing w:before="58"/>
            <w:ind w:left="108"/>
            <w:rPr>
              <w:rFonts w:ascii="Times New Roman" w:hAnsi="Times New Roman" w:cs="Times New Roman"/>
              <w:sz w:val="14"/>
            </w:rPr>
          </w:pPr>
          <w:r w:rsidRPr="00726146">
            <w:rPr>
              <w:rFonts w:ascii="Times New Roman" w:hAnsi="Times New Roman" w:cs="Times New Roman"/>
              <w:b/>
              <w:sz w:val="14"/>
            </w:rPr>
            <w:t>Yürürlük</w:t>
          </w:r>
          <w:r w:rsidRPr="00726146">
            <w:rPr>
              <w:rFonts w:ascii="Times New Roman" w:hAnsi="Times New Roman" w:cs="Times New Roman"/>
              <w:b/>
              <w:spacing w:val="-7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z w:val="14"/>
            </w:rPr>
            <w:t>Tarihi:</w:t>
          </w:r>
          <w:r w:rsidRPr="00726146">
            <w:rPr>
              <w:rFonts w:ascii="Times New Roman" w:hAnsi="Times New Roman" w:cs="Times New Roman"/>
              <w:b/>
              <w:spacing w:val="-7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spacing w:val="-2"/>
              <w:sz w:val="14"/>
            </w:rPr>
            <w:t>11.02.2026</w:t>
          </w:r>
        </w:p>
      </w:tc>
      <w:tc>
        <w:tcPr>
          <w:tcW w:w="1444" w:type="pct"/>
        </w:tcPr>
        <w:p w14:paraId="67BD9C82" w14:textId="77777777" w:rsidR="00726146" w:rsidRPr="00726146" w:rsidRDefault="00726146" w:rsidP="00726146">
          <w:pPr>
            <w:pStyle w:val="TableParagraph"/>
            <w:spacing w:before="58"/>
            <w:ind w:left="108"/>
            <w:rPr>
              <w:rFonts w:ascii="Times New Roman" w:hAnsi="Times New Roman" w:cs="Times New Roman"/>
              <w:sz w:val="14"/>
            </w:rPr>
          </w:pPr>
          <w:r w:rsidRPr="00726146">
            <w:rPr>
              <w:rFonts w:ascii="Times New Roman" w:hAnsi="Times New Roman" w:cs="Times New Roman"/>
              <w:b/>
              <w:sz w:val="14"/>
            </w:rPr>
            <w:t>Revizyon</w:t>
          </w:r>
          <w:r w:rsidRPr="00726146">
            <w:rPr>
              <w:rFonts w:ascii="Times New Roman" w:hAnsi="Times New Roman" w:cs="Times New Roman"/>
              <w:b/>
              <w:spacing w:val="-6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z w:val="14"/>
            </w:rPr>
            <w:t>Tarihi/No:</w:t>
          </w:r>
          <w:r w:rsidRPr="00726146">
            <w:rPr>
              <w:rFonts w:ascii="Times New Roman" w:hAnsi="Times New Roman" w:cs="Times New Roman"/>
              <w:b/>
              <w:spacing w:val="-5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sz w:val="14"/>
            </w:rPr>
            <w:t>15.09.2026/1</w:t>
          </w:r>
        </w:p>
      </w:tc>
      <w:tc>
        <w:tcPr>
          <w:tcW w:w="995" w:type="pct"/>
        </w:tcPr>
        <w:p w14:paraId="702A21CE" w14:textId="77777777" w:rsidR="00726146" w:rsidRPr="00726146" w:rsidRDefault="00726146" w:rsidP="00726146">
          <w:pPr>
            <w:pStyle w:val="TableParagraph"/>
            <w:spacing w:before="90"/>
            <w:ind w:left="108"/>
            <w:rPr>
              <w:rFonts w:ascii="Times New Roman" w:hAnsi="Times New Roman" w:cs="Times New Roman"/>
              <w:b/>
              <w:sz w:val="14"/>
            </w:rPr>
          </w:pPr>
          <w:r w:rsidRPr="00726146">
            <w:rPr>
              <w:rFonts w:ascii="Times New Roman" w:hAnsi="Times New Roman" w:cs="Times New Roman"/>
              <w:b/>
              <w:sz w:val="14"/>
            </w:rPr>
            <w:t>Sayfa</w:t>
          </w:r>
          <w:r w:rsidRPr="00726146">
            <w:rPr>
              <w:rFonts w:ascii="Times New Roman" w:hAnsi="Times New Roman" w:cs="Times New Roman"/>
              <w:b/>
              <w:spacing w:val="-3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z w:val="14"/>
            </w:rPr>
            <w:t>No:</w:t>
          </w:r>
          <w:r w:rsidRPr="00726146">
            <w:rPr>
              <w:rFonts w:ascii="Times New Roman" w:hAnsi="Times New Roman" w:cs="Times New Roman"/>
              <w:b/>
              <w:spacing w:val="-1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z w:val="14"/>
            </w:rPr>
            <w:t>1</w:t>
          </w:r>
          <w:r w:rsidRPr="00726146">
            <w:rPr>
              <w:rFonts w:ascii="Times New Roman" w:hAnsi="Times New Roman" w:cs="Times New Roman"/>
              <w:b/>
              <w:spacing w:val="-3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z w:val="14"/>
            </w:rPr>
            <w:t>/</w:t>
          </w:r>
          <w:r w:rsidRPr="00726146">
            <w:rPr>
              <w:rFonts w:ascii="Times New Roman" w:hAnsi="Times New Roman" w:cs="Times New Roman"/>
              <w:b/>
              <w:spacing w:val="-1"/>
              <w:sz w:val="14"/>
            </w:rPr>
            <w:t xml:space="preserve"> </w:t>
          </w:r>
          <w:r w:rsidRPr="00726146">
            <w:rPr>
              <w:rFonts w:ascii="Times New Roman" w:hAnsi="Times New Roman" w:cs="Times New Roman"/>
              <w:b/>
              <w:spacing w:val="-10"/>
              <w:sz w:val="14"/>
            </w:rPr>
            <w:t>2</w:t>
          </w:r>
        </w:p>
      </w:tc>
    </w:tr>
  </w:tbl>
  <w:p w14:paraId="487AB284" w14:textId="77777777" w:rsidR="004B19AD" w:rsidRPr="00726146" w:rsidRDefault="004B19AD">
    <w:pPr>
      <w:pStyle w:val="stBilgi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9069894">
    <w:abstractNumId w:val="8"/>
  </w:num>
  <w:num w:numId="2" w16cid:durableId="485172125">
    <w:abstractNumId w:val="6"/>
  </w:num>
  <w:num w:numId="3" w16cid:durableId="1194540914">
    <w:abstractNumId w:val="5"/>
  </w:num>
  <w:num w:numId="4" w16cid:durableId="391658095">
    <w:abstractNumId w:val="4"/>
  </w:num>
  <w:num w:numId="5" w16cid:durableId="1983995849">
    <w:abstractNumId w:val="7"/>
  </w:num>
  <w:num w:numId="6" w16cid:durableId="966622665">
    <w:abstractNumId w:val="3"/>
  </w:num>
  <w:num w:numId="7" w16cid:durableId="1504005176">
    <w:abstractNumId w:val="2"/>
  </w:num>
  <w:num w:numId="8" w16cid:durableId="595941694">
    <w:abstractNumId w:val="1"/>
  </w:num>
  <w:num w:numId="9" w16cid:durableId="356545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D62"/>
    <w:rsid w:val="0015074B"/>
    <w:rsid w:val="00204EA4"/>
    <w:rsid w:val="0029639D"/>
    <w:rsid w:val="00326F90"/>
    <w:rsid w:val="004B19AD"/>
    <w:rsid w:val="00726146"/>
    <w:rsid w:val="0072741A"/>
    <w:rsid w:val="00994C9D"/>
    <w:rsid w:val="00AA1D8D"/>
    <w:rsid w:val="00B47730"/>
    <w:rsid w:val="00C2536A"/>
    <w:rsid w:val="00CB0664"/>
    <w:rsid w:val="00CF266A"/>
    <w:rsid w:val="00D14062"/>
    <w:rsid w:val="00DF65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EDCE12"/>
  <w14:defaultImageDpi w14:val="300"/>
  <w15:docId w15:val="{69457733-FFAE-4ECD-AF72-53B88608B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4B19AD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B19A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2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B1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19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27AE23-3896-438F-8C20-AE75E4542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Progressive</Company>
  <LinksUpToDate>false</LinksUpToDate>
  <CharactersWithSpaces>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YUSUF</cp:lastModifiedBy>
  <cp:revision>2</cp:revision>
  <dcterms:created xsi:type="dcterms:W3CDTF">2026-10-13T08:19:00Z</dcterms:created>
  <dcterms:modified xsi:type="dcterms:W3CDTF">2026-10-13T08:19:00Z</dcterms:modified>
</cp:coreProperties>
</file>